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359F4" w:rsidRDefault="00000000">
      <w:pPr>
        <w:jc w:val="center"/>
      </w:pPr>
      <w:r>
        <w:rPr>
          <w:b/>
          <w:color w:val="163145"/>
          <w:sz w:val="46"/>
        </w:rPr>
        <w:t>T I D E S</w:t>
      </w:r>
    </w:p>
    <w:p w:rsidR="009359F4" w:rsidRDefault="00000000">
      <w:pPr>
        <w:jc w:val="center"/>
      </w:pPr>
      <w:r>
        <w:rPr>
          <w:b/>
          <w:sz w:val="24"/>
        </w:rPr>
        <w:t>PARTY PRE-ORDER FORM</w:t>
      </w:r>
    </w:p>
    <w:p w:rsidR="009359F4" w:rsidRDefault="00000000">
      <w:pPr>
        <w:spacing w:after="100"/>
      </w:pPr>
      <w:r>
        <w:t>Customer name: __________________________________   Contact number: __________________________</w:t>
      </w:r>
    </w:p>
    <w:p w:rsidR="009359F4" w:rsidRDefault="00000000">
      <w:pPr>
        <w:spacing w:after="100"/>
      </w:pPr>
      <w:r>
        <w:t>Email: __________________________________________________________________________________</w:t>
      </w:r>
    </w:p>
    <w:p w:rsidR="009359F4" w:rsidRDefault="00000000">
      <w:pPr>
        <w:spacing w:after="100"/>
      </w:pPr>
      <w:r>
        <w:t>Date of party: ____________________  Time: ______________  Occasion: __________________________</w:t>
      </w:r>
    </w:p>
    <w:p w:rsidR="009359F4" w:rsidRDefault="00000000">
      <w:pPr>
        <w:spacing w:after="100"/>
      </w:pPr>
      <w:r>
        <w:t>Party notes / comments: __________________________________________________________________</w:t>
      </w:r>
    </w:p>
    <w:p w:rsidR="009359F4" w:rsidRDefault="00000000">
      <w:r>
        <w:rPr>
          <w:i/>
        </w:rPr>
        <w:t>Please enter each guest’s choices below and clearly state any allergies or dietary requirements.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13"/>
        <w:gridCol w:w="1483"/>
        <w:gridCol w:w="1800"/>
        <w:gridCol w:w="1195"/>
        <w:gridCol w:w="1469"/>
        <w:gridCol w:w="3067"/>
      </w:tblGrid>
      <w:tr w:rsidR="009359F4">
        <w:tc>
          <w:tcPr>
            <w:tcW w:w="1613" w:type="dxa"/>
            <w:shd w:val="clear" w:color="auto" w:fill="17384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b/>
                <w:color w:val="FFFFFF"/>
                <w:sz w:val="16"/>
              </w:rPr>
              <w:t>Guest name</w:t>
            </w:r>
          </w:p>
        </w:tc>
        <w:tc>
          <w:tcPr>
            <w:tcW w:w="1483" w:type="dxa"/>
            <w:shd w:val="clear" w:color="auto" w:fill="17384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b/>
                <w:color w:val="FFFFFF"/>
                <w:sz w:val="16"/>
              </w:rPr>
              <w:t>Starter</w:t>
            </w:r>
          </w:p>
        </w:tc>
        <w:tc>
          <w:tcPr>
            <w:tcW w:w="1800" w:type="dxa"/>
            <w:shd w:val="clear" w:color="auto" w:fill="17384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b/>
                <w:color w:val="FFFFFF"/>
                <w:sz w:val="16"/>
              </w:rPr>
              <w:t>Main</w:t>
            </w:r>
          </w:p>
        </w:tc>
        <w:tc>
          <w:tcPr>
            <w:tcW w:w="1195" w:type="dxa"/>
            <w:shd w:val="clear" w:color="auto" w:fill="17384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b/>
                <w:color w:val="FFFFFF"/>
                <w:sz w:val="16"/>
              </w:rPr>
              <w:t>Sides</w:t>
            </w:r>
          </w:p>
        </w:tc>
        <w:tc>
          <w:tcPr>
            <w:tcW w:w="1469" w:type="dxa"/>
            <w:shd w:val="clear" w:color="auto" w:fill="17384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b/>
                <w:color w:val="FFFFFF"/>
                <w:sz w:val="16"/>
              </w:rPr>
              <w:t>Dessert</w:t>
            </w:r>
          </w:p>
        </w:tc>
        <w:tc>
          <w:tcPr>
            <w:tcW w:w="3067" w:type="dxa"/>
            <w:shd w:val="clear" w:color="auto" w:fill="17384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b/>
                <w:color w:val="FFFFFF"/>
                <w:sz w:val="16"/>
              </w:rPr>
              <w:t>Notes / allergies</w:t>
            </w:r>
          </w:p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1.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2.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3.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4.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5.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6.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7.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8.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9.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10.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11.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12.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13.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14.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15.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  <w:tr w:rsidR="009359F4">
        <w:trPr>
          <w:trHeight w:val="530"/>
        </w:trPr>
        <w:tc>
          <w:tcPr>
            <w:tcW w:w="16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000000">
            <w:r>
              <w:rPr>
                <w:sz w:val="16"/>
              </w:rPr>
              <w:t xml:space="preserve">16. </w:t>
            </w:r>
          </w:p>
        </w:tc>
        <w:tc>
          <w:tcPr>
            <w:tcW w:w="148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1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146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  <w:tc>
          <w:tcPr>
            <w:tcW w:w="30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359F4" w:rsidRDefault="009359F4"/>
        </w:tc>
      </w:tr>
    </w:tbl>
    <w:p w:rsidR="009359F4" w:rsidRDefault="00000000">
      <w:pPr>
        <w:spacing w:before="160"/>
      </w:pPr>
      <w:r>
        <w:t>Please email your completed pre-order form back to events@tidestorquay.com</w:t>
      </w:r>
    </w:p>
    <w:sectPr w:rsidR="009359F4" w:rsidSect="00034616">
      <w:pgSz w:w="11909" w:h="16834"/>
      <w:pgMar w:top="691" w:right="605" w:bottom="691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2318800">
    <w:abstractNumId w:val="8"/>
  </w:num>
  <w:num w:numId="2" w16cid:durableId="499584649">
    <w:abstractNumId w:val="6"/>
  </w:num>
  <w:num w:numId="3" w16cid:durableId="1331256659">
    <w:abstractNumId w:val="5"/>
  </w:num>
  <w:num w:numId="4" w16cid:durableId="1978758314">
    <w:abstractNumId w:val="4"/>
  </w:num>
  <w:num w:numId="5" w16cid:durableId="1898709888">
    <w:abstractNumId w:val="7"/>
  </w:num>
  <w:num w:numId="6" w16cid:durableId="1946886095">
    <w:abstractNumId w:val="3"/>
  </w:num>
  <w:num w:numId="7" w16cid:durableId="590704501">
    <w:abstractNumId w:val="2"/>
  </w:num>
  <w:num w:numId="8" w16cid:durableId="611328593">
    <w:abstractNumId w:val="1"/>
  </w:num>
  <w:num w:numId="9" w16cid:durableId="330986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9E8"/>
    <w:rsid w:val="000D39D2"/>
    <w:rsid w:val="0015074B"/>
    <w:rsid w:val="0029639D"/>
    <w:rsid w:val="00326F90"/>
    <w:rsid w:val="009359F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8DC2521-148A-1641-9FBA-58C62D0AB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Lydia Williamson</cp:lastModifiedBy>
  <cp:revision>2</cp:revision>
  <dcterms:created xsi:type="dcterms:W3CDTF">2026-10-09T15:19:00Z</dcterms:created>
  <dcterms:modified xsi:type="dcterms:W3CDTF">2026-10-09T15:19:00Z</dcterms:modified>
  <cp:category/>
</cp:coreProperties>
</file>